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Courier New" w:hAnsi="Courier New"/>
          <w:b/>
          <w:i w:val="0"/>
          <w:sz w:val="36"/>
        </w:rPr>
        <w:t>JAMES J. KILROY</w:t>
      </w:r>
    </w:p>
    <w:p>
      <w:pPr>
        <w:spacing w:after="60"/>
        <w:jc w:val="center"/>
      </w:pPr>
      <w:r>
        <w:rPr>
          <w:rFonts w:ascii="Courier New" w:hAnsi="Courier New"/>
          <w:b/>
          <w:i w:val="0"/>
          <w:sz w:val="17"/>
        </w:rPr>
        <w:t>Technical and Quality-Control Resume — 1945</w:t>
      </w:r>
    </w:p>
    <w:p>
      <w:pPr>
        <w:spacing w:after="60"/>
        <w:jc w:val="center"/>
      </w:pPr>
      <w:r>
        <w:rPr>
          <w:rFonts w:ascii="Courier New" w:hAnsi="Courier New"/>
          <w:b w:val="0"/>
          <w:i w:val="0"/>
          <w:sz w:val="17"/>
        </w:rPr>
        <w:t>Barracks 14, U.S. Naval Operating Base, Guam, M.I.</w:t>
      </w:r>
    </w:p>
    <w:p>
      <w:pPr>
        <w:spacing w:after="60"/>
        <w:jc w:val="center"/>
      </w:pPr>
      <w:r>
        <w:rPr>
          <w:rFonts w:ascii="Courier New" w:hAnsi="Courier New"/>
          <w:b w:val="0"/>
          <w:i w:val="0"/>
          <w:sz w:val="17"/>
        </w:rPr>
        <w:t>c/o Fleet Post Office, San Francisco, California</w:t>
      </w:r>
    </w:p>
    <w:p>
      <w:pPr>
        <w:spacing w:after="60"/>
        <w:jc w:val="center"/>
      </w:pPr>
      <w:r>
        <w:rPr>
          <w:rFonts w:ascii="Courier New" w:hAnsi="Courier New"/>
          <w:b w:val="0"/>
          <w:i w:val="0"/>
          <w:sz w:val="17"/>
        </w:rPr>
        <w:t>Telephone: Naval Base Extension 214</w:t>
      </w:r>
    </w:p>
    <w:p>
      <w:pPr>
        <w:spacing w:before="140" w:after="60"/>
        <w:pBdr>
          <w:bottom w:val="single" w:sz="8" w:space="2" w:color="000000"/>
        </w:pBdr>
      </w:pPr>
      <w:r>
        <w:rPr>
          <w:rFonts w:ascii="Courier New" w:hAnsi="Courier New"/>
          <w:b/>
          <w:i w:val="0"/>
          <w:sz w:val="20"/>
        </w:rPr>
        <w:t>CIVILIAN POSITION DESIRED AFTER DISCHARGE</w:t>
      </w:r>
    </w:p>
    <w:p>
      <w:pPr>
        <w:spacing w:after="60"/>
      </w:pPr>
      <w:r>
        <w:rPr>
          <w:rFonts w:ascii="Courier New" w:hAnsi="Courier New"/>
          <w:b w:val="0"/>
          <w:i w:val="0"/>
          <w:sz w:val="17"/>
        </w:rPr>
        <w:t>Technical or quality-control work involving communications apparatus, cipher equipment, calculating and tabulating machinery, testing methods, or technical records. Available for civilian employment upon honorable discharge from the United States Navy.</w:t>
      </w:r>
    </w:p>
    <w:p>
      <w:pPr>
        <w:spacing w:before="140" w:after="60"/>
        <w:pBdr>
          <w:bottom w:val="single" w:sz="8" w:space="2" w:color="000000"/>
        </w:pBdr>
      </w:pPr>
      <w:r>
        <w:rPr>
          <w:rFonts w:ascii="Courier New" w:hAnsi="Courier New"/>
          <w:b/>
          <w:i w:val="0"/>
          <w:sz w:val="20"/>
        </w:rPr>
        <w:t>QUALIFICATIONS</w:t>
      </w:r>
    </w:p>
    <w:p>
      <w:pPr>
        <w:pStyle w:val="ListBullet"/>
        <w:spacing w:after="30"/>
        <w:ind w:left="403" w:hanging="202"/>
      </w:pPr>
      <w:r>
        <w:rPr>
          <w:rFonts w:ascii="Courier New" w:hAnsi="Courier New"/>
          <w:b w:val="0"/>
          <w:i w:val="0"/>
          <w:sz w:val="16"/>
        </w:rPr>
        <w:t>Thorough inspection and testing of electrical, mechanical, and communications equipment.</w:t>
      </w:r>
    </w:p>
    <w:p>
      <w:pPr>
        <w:pStyle w:val="ListBullet"/>
        <w:spacing w:after="30"/>
        <w:ind w:left="403" w:hanging="202"/>
      </w:pPr>
      <w:r>
        <w:rPr>
          <w:rFonts w:ascii="Courier New" w:hAnsi="Courier New"/>
          <w:b w:val="0"/>
          <w:i w:val="0"/>
          <w:sz w:val="16"/>
        </w:rPr>
        <w:t>Experience with radio, telephone, cipher, plotting, calculating, and punched-card machinery.</w:t>
      </w:r>
    </w:p>
    <w:p>
      <w:pPr>
        <w:pStyle w:val="ListBullet"/>
        <w:spacing w:after="30"/>
        <w:ind w:left="403" w:hanging="202"/>
      </w:pPr>
      <w:r>
        <w:rPr>
          <w:rFonts w:ascii="Courier New" w:hAnsi="Courier New"/>
          <w:b w:val="0"/>
          <w:i w:val="0"/>
          <w:sz w:val="16"/>
        </w:rPr>
        <w:t>Able to devise repeatable test procedures and visual test patterns.</w:t>
      </w:r>
    </w:p>
    <w:p>
      <w:pPr>
        <w:pStyle w:val="ListBullet"/>
        <w:spacing w:after="30"/>
        <w:ind w:left="403" w:hanging="202"/>
      </w:pPr>
      <w:r>
        <w:rPr>
          <w:rFonts w:ascii="Courier New" w:hAnsi="Courier New"/>
          <w:b w:val="0"/>
          <w:i w:val="0"/>
          <w:sz w:val="16"/>
        </w:rPr>
        <w:t>Skilled in locating intermittent faults, checking operation at extreme limits, and confirming repairs.</w:t>
      </w:r>
    </w:p>
    <w:p>
      <w:pPr>
        <w:pStyle w:val="ListBullet"/>
        <w:spacing w:after="30"/>
        <w:ind w:left="403" w:hanging="202"/>
      </w:pPr>
      <w:r>
        <w:rPr>
          <w:rFonts w:ascii="Courier New" w:hAnsi="Courier New"/>
          <w:b w:val="0"/>
          <w:i w:val="0"/>
          <w:sz w:val="16"/>
        </w:rPr>
        <w:t>Prepares clear technical reports and explains equipment operation to supervisors, operators, and repair personnel.</w:t>
      </w:r>
    </w:p>
    <w:p>
      <w:pPr>
        <w:spacing w:before="140" w:after="60"/>
        <w:pBdr>
          <w:bottom w:val="single" w:sz="8" w:space="2" w:color="000000"/>
        </w:pBdr>
      </w:pPr>
      <w:r>
        <w:rPr>
          <w:rFonts w:ascii="Courier New" w:hAnsi="Courier New"/>
          <w:b/>
          <w:i w:val="0"/>
          <w:sz w:val="20"/>
        </w:rPr>
        <w:t>EXPERIENCE</w:t>
      </w:r>
    </w:p>
    <w:p>
      <w:pPr>
        <w:spacing w:before="100" w:after="20"/>
      </w:pPr>
      <w:r>
        <w:rPr>
          <w:rFonts w:ascii="Courier New" w:hAnsi="Courier New"/>
          <w:b/>
          <w:i w:val="0"/>
          <w:sz w:val="17"/>
        </w:rPr>
        <w:t>COMMUNICATIONS EQUIPMENT TEST TECHNICIAN</w:t>
      </w:r>
    </w:p>
    <w:p>
      <w:pPr>
        <w:spacing w:after="60"/>
      </w:pPr>
      <w:r>
        <w:rPr>
          <w:rFonts w:ascii="Courier New" w:hAnsi="Courier New"/>
          <w:b/>
          <w:i w:val="0"/>
          <w:sz w:val="17"/>
        </w:rPr>
        <w:t>U.S. Naval Operating Base — Guam, Mariana Islands — 1944–1945</w:t>
      </w:r>
    </w:p>
    <w:p>
      <w:pPr>
        <w:pStyle w:val="ListBullet"/>
        <w:spacing w:after="30"/>
        <w:ind w:left="403" w:hanging="202"/>
      </w:pPr>
      <w:r>
        <w:rPr>
          <w:rFonts w:ascii="Courier New" w:hAnsi="Courier New"/>
          <w:b w:val="0"/>
          <w:i w:val="0"/>
          <w:sz w:val="16"/>
        </w:rPr>
        <w:t>Inspected shore radio and telephone equipment before return to service.</w:t>
      </w:r>
    </w:p>
    <w:p>
      <w:pPr>
        <w:pStyle w:val="ListBullet"/>
        <w:spacing w:after="30"/>
        <w:ind w:left="403" w:hanging="202"/>
      </w:pPr>
      <w:r>
        <w:rPr>
          <w:rFonts w:ascii="Courier New" w:hAnsi="Courier New"/>
          <w:b w:val="0"/>
          <w:i w:val="0"/>
          <w:sz w:val="16"/>
        </w:rPr>
        <w:t>Prepared repeatable fault reports so repair crews could reproduce intermittent failures.</w:t>
      </w:r>
    </w:p>
    <w:p>
      <w:pPr>
        <w:pStyle w:val="ListBullet"/>
        <w:spacing w:after="30"/>
        <w:ind w:left="403" w:hanging="202"/>
      </w:pPr>
      <w:r>
        <w:rPr>
          <w:rFonts w:ascii="Courier New" w:hAnsi="Courier New"/>
          <w:b w:val="0"/>
          <w:i w:val="0"/>
          <w:sz w:val="16"/>
        </w:rPr>
        <w:t>Checked operation under weak-signal, overload, and end-of-range conditions.</w:t>
      </w:r>
    </w:p>
    <w:p>
      <w:pPr>
        <w:pStyle w:val="ListBullet"/>
        <w:spacing w:after="30"/>
        <w:ind w:left="403" w:hanging="202"/>
      </w:pPr>
      <w:r>
        <w:rPr>
          <w:rFonts w:ascii="Courier New" w:hAnsi="Courier New"/>
          <w:b w:val="0"/>
          <w:i w:val="0"/>
          <w:sz w:val="16"/>
        </w:rPr>
        <w:t>Maintained test records and equipment-status sheets for communications supervisors.</w:t>
      </w:r>
    </w:p>
    <w:p>
      <w:pPr>
        <w:spacing w:before="100" w:after="20"/>
      </w:pPr>
      <w:r>
        <w:rPr>
          <w:rFonts w:ascii="Courier New" w:hAnsi="Courier New"/>
          <w:b/>
          <w:i w:val="0"/>
          <w:sz w:val="17"/>
        </w:rPr>
        <w:t>CIPHER AND CODING-MACHINE TEST SPECIALIST</w:t>
      </w:r>
    </w:p>
    <w:p>
      <w:pPr>
        <w:spacing w:after="60"/>
      </w:pPr>
      <w:r>
        <w:rPr>
          <w:rFonts w:ascii="Courier New" w:hAnsi="Courier New"/>
          <w:b/>
          <w:i w:val="0"/>
          <w:sz w:val="17"/>
        </w:rPr>
        <w:t>Naval Communications Annex — Territory of Hawaii — 1943–1944</w:t>
      </w:r>
    </w:p>
    <w:p>
      <w:pPr>
        <w:pStyle w:val="ListBullet"/>
        <w:spacing w:after="30"/>
        <w:ind w:left="403" w:hanging="202"/>
      </w:pPr>
      <w:r>
        <w:rPr>
          <w:rFonts w:ascii="Courier New" w:hAnsi="Courier New"/>
          <w:b w:val="0"/>
          <w:i w:val="0"/>
          <w:sz w:val="16"/>
        </w:rPr>
        <w:t>Tested reversible enciphering operations and compared output against known results.</w:t>
      </w:r>
    </w:p>
    <w:p>
      <w:pPr>
        <w:pStyle w:val="ListBullet"/>
        <w:spacing w:after="30"/>
        <w:ind w:left="403" w:hanging="202"/>
      </w:pPr>
      <w:r>
        <w:rPr>
          <w:rFonts w:ascii="Courier New" w:hAnsi="Courier New"/>
          <w:b w:val="0"/>
          <w:i w:val="0"/>
          <w:sz w:val="16"/>
        </w:rPr>
        <w:t>Used reduced alphabets and short test messages to expose repeating cycles and faults at operating limits.</w:t>
      </w:r>
    </w:p>
    <w:p>
      <w:pPr>
        <w:pStyle w:val="ListBullet"/>
        <w:spacing w:after="30"/>
        <w:ind w:left="403" w:hanging="202"/>
      </w:pPr>
      <w:r>
        <w:rPr>
          <w:rFonts w:ascii="Courier New" w:hAnsi="Courier New"/>
          <w:b w:val="0"/>
          <w:i w:val="0"/>
          <w:sz w:val="16"/>
        </w:rPr>
        <w:t>Documented equipment failures without recording classified message content.</w:t>
      </w:r>
    </w:p>
    <w:p>
      <w:pPr>
        <w:pStyle w:val="ListBullet"/>
        <w:spacing w:after="30"/>
        <w:ind w:left="403" w:hanging="202"/>
      </w:pPr>
      <w:r>
        <w:rPr>
          <w:rFonts w:ascii="Courier New" w:hAnsi="Courier New"/>
          <w:b w:val="0"/>
          <w:i w:val="0"/>
          <w:sz w:val="16"/>
        </w:rPr>
        <w:t>Worked with operators and maintenance personnel to confirm repairs.</w:t>
      </w:r>
    </w:p>
    <w:p>
      <w:pPr>
        <w:spacing w:before="100" w:after="20"/>
      </w:pPr>
      <w:r>
        <w:rPr>
          <w:rFonts w:ascii="Courier New" w:hAnsi="Courier New"/>
          <w:b/>
          <w:i w:val="0"/>
          <w:sz w:val="17"/>
        </w:rPr>
        <w:t>TABULATING AND PLOTTING MACHINE INSPECTOR</w:t>
      </w:r>
    </w:p>
    <w:p>
      <w:pPr>
        <w:spacing w:after="60"/>
      </w:pPr>
      <w:r>
        <w:rPr>
          <w:rFonts w:ascii="Courier New" w:hAnsi="Courier New"/>
          <w:b/>
          <w:i w:val="0"/>
          <w:sz w:val="17"/>
        </w:rPr>
        <w:t>War Production Statistical Office — Boston, Massachusetts — 1941–1943</w:t>
      </w:r>
    </w:p>
    <w:p>
      <w:pPr>
        <w:pStyle w:val="ListBullet"/>
        <w:spacing w:after="30"/>
        <w:ind w:left="403" w:hanging="202"/>
      </w:pPr>
      <w:r>
        <w:rPr>
          <w:rFonts w:ascii="Courier New" w:hAnsi="Courier New"/>
          <w:b w:val="0"/>
          <w:i w:val="0"/>
          <w:sz w:val="16"/>
        </w:rPr>
        <w:t>Checked punched-card tabulations, numerical plots, scales, labels, and figures falling outside established ranges.</w:t>
      </w:r>
    </w:p>
    <w:p>
      <w:pPr>
        <w:pStyle w:val="ListBullet"/>
        <w:spacing w:after="30"/>
        <w:ind w:left="403" w:hanging="202"/>
      </w:pPr>
      <w:r>
        <w:rPr>
          <w:rFonts w:ascii="Courier New" w:hAnsi="Courier New"/>
          <w:b w:val="0"/>
          <w:i w:val="0"/>
          <w:sz w:val="16"/>
        </w:rPr>
        <w:t>Devised nested star-shaped plotting patterns whose scale, position, and angle could be varied predictably.</w:t>
      </w:r>
    </w:p>
    <w:p>
      <w:pPr>
        <w:pStyle w:val="ListBullet"/>
        <w:spacing w:after="30"/>
        <w:ind w:left="403" w:hanging="202"/>
      </w:pPr>
      <w:r>
        <w:rPr>
          <w:rFonts w:ascii="Courier New" w:hAnsi="Courier New"/>
          <w:b w:val="0"/>
          <w:i w:val="0"/>
          <w:sz w:val="16"/>
        </w:rPr>
        <w:t>Used those patterns to reveal plotting errors and give mechanics clear visual evidence of defects.</w:t>
      </w:r>
    </w:p>
    <w:p>
      <w:pPr>
        <w:pStyle w:val="ListBullet"/>
        <w:spacing w:after="30"/>
        <w:ind w:left="403" w:hanging="202"/>
      </w:pPr>
      <w:r>
        <w:rPr>
          <w:rFonts w:ascii="Courier New" w:hAnsi="Courier New"/>
          <w:b w:val="0"/>
          <w:i w:val="0"/>
          <w:sz w:val="16"/>
        </w:rPr>
        <w:t>Compared figures, formulas, and printed formats when verifying duplicate record sheets.</w:t>
      </w:r>
    </w:p>
    <w:p>
      <w:pPr>
        <w:spacing w:before="100" w:after="20"/>
      </w:pPr>
      <w:r>
        <w:rPr>
          <w:rFonts w:ascii="Courier New" w:hAnsi="Courier New"/>
          <w:b/>
          <w:i w:val="0"/>
          <w:sz w:val="17"/>
        </w:rPr>
        <w:t>OFFICE MACHINES AND TELEPHONE SYSTEMS TECHNICIAN</w:t>
      </w:r>
    </w:p>
    <w:p>
      <w:pPr>
        <w:spacing w:after="60"/>
      </w:pPr>
      <w:r>
        <w:rPr>
          <w:rFonts w:ascii="Courier New" w:hAnsi="Courier New"/>
          <w:b/>
          <w:i w:val="0"/>
          <w:sz w:val="17"/>
        </w:rPr>
        <w:t>Legal and Commercial Offices — Boston Area — 1938–1941</w:t>
      </w:r>
    </w:p>
    <w:p>
      <w:pPr>
        <w:pStyle w:val="ListBullet"/>
        <w:spacing w:after="30"/>
        <w:ind w:left="403" w:hanging="202"/>
      </w:pPr>
      <w:r>
        <w:rPr>
          <w:rFonts w:ascii="Courier New" w:hAnsi="Courier New"/>
          <w:b w:val="0"/>
          <w:i w:val="0"/>
          <w:sz w:val="16"/>
        </w:rPr>
        <w:t>Installed standardized deskside equipment and traced telephone and office-machine faults.</w:t>
      </w:r>
    </w:p>
    <w:p>
      <w:pPr>
        <w:pStyle w:val="ListBullet"/>
        <w:spacing w:after="30"/>
        <w:ind w:left="403" w:hanging="202"/>
      </w:pPr>
      <w:r>
        <w:rPr>
          <w:rFonts w:ascii="Courier New" w:hAnsi="Courier New"/>
          <w:b w:val="0"/>
          <w:i w:val="0"/>
          <w:sz w:val="16"/>
        </w:rPr>
        <w:t>Maintained form-letter, legal-pleading, proof-of-service, and customer follow-up systems.</w:t>
      </w:r>
    </w:p>
    <w:p>
      <w:pPr>
        <w:pStyle w:val="ListBullet"/>
        <w:spacing w:after="30"/>
        <w:ind w:left="403" w:hanging="202"/>
      </w:pPr>
      <w:r>
        <w:rPr>
          <w:rFonts w:ascii="Courier New" w:hAnsi="Courier New"/>
          <w:b w:val="0"/>
          <w:i w:val="0"/>
          <w:sz w:val="16"/>
        </w:rPr>
        <w:t>Explained equipment operation to clerical personnel in plain language.</w:t>
      </w:r>
    </w:p>
    <w:p>
      <w:pPr>
        <w:spacing w:before="140" w:after="60"/>
        <w:pBdr>
          <w:bottom w:val="single" w:sz="8" w:space="2" w:color="000000"/>
        </w:pBdr>
      </w:pPr>
      <w:r>
        <w:rPr>
          <w:rFonts w:ascii="Courier New" w:hAnsi="Courier New"/>
          <w:b/>
          <w:i w:val="0"/>
          <w:sz w:val="20"/>
        </w:rPr>
        <w:t>MILITARY SERVICE</w:t>
      </w:r>
    </w:p>
    <w:p>
      <w:pPr>
        <w:spacing w:after="60"/>
      </w:pPr>
      <w:r>
        <w:rPr>
          <w:rFonts w:ascii="Courier New" w:hAnsi="Courier New"/>
          <w:b w:val="0"/>
          <w:i w:val="0"/>
          <w:sz w:val="17"/>
        </w:rPr>
        <w:t>Enlisted, United States Navy, 1943. Naval communications and equipment-testing assignments in Hawaii and Guam. Available for civilian employment upon honorable discharge.</w:t>
      </w:r>
    </w:p>
    <w:p>
      <w:pPr>
        <w:spacing w:before="140" w:after="60"/>
        <w:pBdr>
          <w:bottom w:val="single" w:sz="8" w:space="2" w:color="000000"/>
        </w:pBdr>
      </w:pPr>
      <w:r>
        <w:rPr>
          <w:rFonts w:ascii="Courier New" w:hAnsi="Courier New"/>
          <w:b/>
          <w:i w:val="0"/>
          <w:sz w:val="20"/>
        </w:rPr>
        <w:t>EDUCATION AND SERVICE TRAINING</w:t>
      </w:r>
    </w:p>
    <w:p>
      <w:pPr>
        <w:spacing w:before="100" w:after="20"/>
      </w:pPr>
      <w:r>
        <w:rPr>
          <w:rFonts w:ascii="Courier New" w:hAnsi="Courier New"/>
          <w:b/>
          <w:i w:val="0"/>
          <w:sz w:val="17"/>
        </w:rPr>
        <w:t>UNITED STATES NAVY SERVICE SCHOOLS — 1943</w:t>
      </w:r>
    </w:p>
    <w:p>
      <w:pPr>
        <w:spacing w:after="60"/>
      </w:pPr>
      <w:r>
        <w:rPr>
          <w:rFonts w:ascii="Courier New" w:hAnsi="Courier New"/>
          <w:b w:val="0"/>
          <w:i w:val="0"/>
          <w:sz w:val="17"/>
        </w:rPr>
        <w:t>Radio maintenance, communications procedure, electrical fundamentals, and technical record keeping.</w:t>
      </w:r>
    </w:p>
    <w:p>
      <w:pPr>
        <w:spacing w:before="100" w:after="20"/>
      </w:pPr>
      <w:r>
        <w:rPr>
          <w:rFonts w:ascii="Courier New" w:hAnsi="Courier New"/>
          <w:b/>
          <w:i w:val="0"/>
          <w:sz w:val="17"/>
        </w:rPr>
        <w:t>EVENING TECHNICAL COURSES — BOSTON, MASSACHUSETTS — 1938–1942</w:t>
      </w:r>
    </w:p>
    <w:p>
      <w:pPr>
        <w:spacing w:after="60"/>
      </w:pPr>
      <w:r>
        <w:rPr>
          <w:rFonts w:ascii="Courier New" w:hAnsi="Courier New"/>
          <w:b w:val="0"/>
          <w:i w:val="0"/>
          <w:sz w:val="17"/>
        </w:rPr>
        <w:t>Shop mathematics, radio servicing, office machinery, mechanical drawing, and punched-card methods.</w:t>
      </w:r>
    </w:p>
    <w:p>
      <w:pPr>
        <w:spacing w:before="140" w:after="60"/>
        <w:pBdr>
          <w:bottom w:val="single" w:sz="8" w:space="2" w:color="000000"/>
        </w:pBdr>
      </w:pPr>
      <w:r>
        <w:rPr>
          <w:rFonts w:ascii="Courier New" w:hAnsi="Courier New"/>
          <w:b/>
          <w:i w:val="0"/>
          <w:sz w:val="20"/>
        </w:rPr>
        <w:t>REFERENCES</w:t>
      </w:r>
    </w:p>
    <w:p>
      <w:pPr>
        <w:spacing w:after="60"/>
      </w:pPr>
      <w:r>
        <w:rPr>
          <w:rFonts w:ascii="Courier New" w:hAnsi="Courier New"/>
          <w:b w:val="0"/>
          <w:i w:val="0"/>
          <w:sz w:val="17"/>
        </w:rPr>
        <w:t>Naval and civilian references furnished upon request, subject to wartime security regulations.</w:t>
      </w:r>
    </w:p>
    <w:sectPr w:rsidR="00FC693F" w:rsidRPr="0006063C" w:rsidSect="00034616">
      <w:footerReference w:type="default" r:id="rId9"/>
      <w:pgSz w:w="12240" w:h="15840"/>
      <w:pgMar w:top="648" w:right="1037" w:bottom="648" w:left="1037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ourier New" w:hAnsi="Courier New"/>
        <w:b w:val="0"/>
        <w:i w:val="0"/>
        <w:sz w:val="16"/>
      </w:rPr>
      <w:t>KILROY WAS HERE - TECHNICAL RESUME - 1945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ourier New" w:hAnsi="Courier New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James J. Kilroy - Technical Resume</dc:title>
  <dc:subject/>
  <dc:creator>Alexander Ferrari Miller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